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3C3" w:rsidRPr="00CD62D8" w:rsidRDefault="00CD62D8">
      <w:pPr>
        <w:jc w:val="center"/>
        <w:rPr>
          <w:lang w:val="ru-RU"/>
        </w:rPr>
      </w:pPr>
      <w:bookmarkStart w:id="0" w:name="_GoBack"/>
      <w:bookmarkEnd w:id="0"/>
      <w:r w:rsidRPr="00CD62D8">
        <w:rPr>
          <w:b/>
          <w:lang w:val="ru-RU"/>
        </w:rPr>
        <w:t>СОГЛАСИЕ</w:t>
      </w:r>
    </w:p>
    <w:p w:rsidR="00D443C3" w:rsidRPr="00CD62D8" w:rsidRDefault="00CD62D8">
      <w:pPr>
        <w:spacing w:after="120"/>
        <w:jc w:val="center"/>
        <w:rPr>
          <w:lang w:val="ru-RU"/>
        </w:rPr>
      </w:pPr>
      <w:r w:rsidRPr="00CD62D8">
        <w:rPr>
          <w:b/>
          <w:lang w:val="ru-RU"/>
        </w:rPr>
        <w:t>на обработку персональных данных</w:t>
      </w:r>
    </w:p>
    <w:p w:rsidR="00D443C3" w:rsidRPr="00CD62D8" w:rsidRDefault="00CD62D8">
      <w:pPr>
        <w:rPr>
          <w:lang w:val="ru-RU"/>
        </w:rPr>
      </w:pPr>
      <w:r w:rsidRPr="00CD62D8">
        <w:rPr>
          <w:lang w:val="ru-RU"/>
        </w:rPr>
        <w:t>Я, __________________________________________________________________________,</w:t>
      </w:r>
    </w:p>
    <w:p w:rsidR="00D443C3" w:rsidRPr="00CD62D8" w:rsidRDefault="00CD62D8">
      <w:pPr>
        <w:jc w:val="center"/>
        <w:rPr>
          <w:lang w:val="ru-RU"/>
        </w:rPr>
      </w:pPr>
      <w:r w:rsidRPr="00CD62D8">
        <w:rPr>
          <w:i/>
          <w:sz w:val="20"/>
          <w:lang w:val="ru-RU"/>
        </w:rPr>
        <w:t>(фамилия, имя, отчество (последнее – при наличии) субъекта персональных данных)</w:t>
      </w:r>
    </w:p>
    <w:p w:rsidR="00D443C3" w:rsidRPr="00CD62D8" w:rsidRDefault="00CD62D8">
      <w:pPr>
        <w:ind w:firstLine="709"/>
        <w:jc w:val="both"/>
        <w:rPr>
          <w:lang w:val="ru-RU"/>
        </w:rPr>
      </w:pPr>
      <w:r w:rsidRPr="00CD62D8">
        <w:rPr>
          <w:lang w:val="ru-RU"/>
        </w:rPr>
        <w:t xml:space="preserve">в соответствии с пунктом 4 статьи 9 </w:t>
      </w:r>
      <w:r w:rsidRPr="00CD62D8">
        <w:rPr>
          <w:lang w:val="ru-RU"/>
        </w:rPr>
        <w:t>Федерального закона от 27.07.2006 № 152-ФЗ «О персональных данных», зарегистрирован(а) по адресу:</w:t>
      </w:r>
    </w:p>
    <w:p w:rsidR="00D443C3" w:rsidRPr="00CD62D8" w:rsidRDefault="00CD62D8">
      <w:pPr>
        <w:rPr>
          <w:lang w:val="ru-RU"/>
        </w:rPr>
      </w:pPr>
      <w:r w:rsidRPr="00CD62D8">
        <w:rPr>
          <w:lang w:val="ru-RU"/>
        </w:rPr>
        <w:t>_____________________________________________________________________________</w:t>
      </w:r>
    </w:p>
    <w:p w:rsidR="00D443C3" w:rsidRPr="00CD62D8" w:rsidRDefault="00CD62D8">
      <w:pPr>
        <w:rPr>
          <w:lang w:val="ru-RU"/>
        </w:rPr>
      </w:pPr>
      <w:r w:rsidRPr="00CD62D8">
        <w:rPr>
          <w:lang w:val="ru-RU"/>
        </w:rPr>
        <w:t>_____________________________________________________________________________,</w:t>
      </w:r>
    </w:p>
    <w:p w:rsidR="00D443C3" w:rsidRPr="00CD62D8" w:rsidRDefault="00CD62D8">
      <w:pPr>
        <w:rPr>
          <w:lang w:val="ru-RU"/>
        </w:rPr>
      </w:pPr>
      <w:r w:rsidRPr="00CD62D8">
        <w:rPr>
          <w:lang w:val="ru-RU"/>
        </w:rPr>
        <w:t>д</w:t>
      </w:r>
      <w:r w:rsidRPr="00CD62D8">
        <w:rPr>
          <w:lang w:val="ru-RU"/>
        </w:rPr>
        <w:t>окумент, удостоверяющий личность: ________________________________</w:t>
      </w:r>
    </w:p>
    <w:p w:rsidR="00D443C3" w:rsidRPr="00CD62D8" w:rsidRDefault="00CD62D8">
      <w:pPr>
        <w:rPr>
          <w:lang w:val="ru-RU"/>
        </w:rPr>
      </w:pPr>
      <w:r w:rsidRPr="00CD62D8">
        <w:rPr>
          <w:lang w:val="ru-RU"/>
        </w:rPr>
        <w:t>_____________________________________________________________________________</w:t>
      </w:r>
    </w:p>
    <w:p w:rsidR="00D443C3" w:rsidRPr="00CD62D8" w:rsidRDefault="00CD62D8">
      <w:pPr>
        <w:jc w:val="center"/>
        <w:rPr>
          <w:lang w:val="ru-RU"/>
        </w:rPr>
      </w:pPr>
      <w:r w:rsidRPr="00CD62D8">
        <w:rPr>
          <w:i/>
          <w:sz w:val="20"/>
          <w:lang w:val="ru-RU"/>
        </w:rPr>
        <w:t>(наименование документа, удостоверяющего личность, серия, номер, кем и когда выдан)</w:t>
      </w:r>
    </w:p>
    <w:p w:rsidR="00D443C3" w:rsidRPr="00CD62D8" w:rsidRDefault="00CD62D8">
      <w:pPr>
        <w:ind w:firstLine="709"/>
        <w:jc w:val="both"/>
        <w:rPr>
          <w:lang w:val="ru-RU"/>
        </w:rPr>
      </w:pPr>
      <w:r w:rsidRPr="00CD62D8">
        <w:rPr>
          <w:lang w:val="ru-RU"/>
        </w:rPr>
        <w:t>в целях проведения эксперти</w:t>
      </w:r>
      <w:r w:rsidRPr="00CD62D8">
        <w:rPr>
          <w:lang w:val="ru-RU"/>
        </w:rPr>
        <w:t>зы созданного мною научного произведения:</w:t>
      </w:r>
    </w:p>
    <w:p w:rsidR="00D443C3" w:rsidRDefault="00CD62D8" w:rsidP="00CD62D8">
      <w:pPr>
        <w:pStyle w:val="ae"/>
        <w:numPr>
          <w:ilvl w:val="0"/>
          <w:numId w:val="10"/>
        </w:numPr>
      </w:pPr>
      <w:proofErr w:type="spellStart"/>
      <w:r>
        <w:t>Вид</w:t>
      </w:r>
      <w:proofErr w:type="spellEnd"/>
      <w:r>
        <w:t xml:space="preserve"> материала: ______________________________________________________</w:t>
      </w:r>
    </w:p>
    <w:p w:rsidR="00D443C3" w:rsidRPr="00CD62D8" w:rsidRDefault="00CD62D8" w:rsidP="00CD62D8">
      <w:pPr>
        <w:jc w:val="center"/>
        <w:rPr>
          <w:lang w:val="ru-RU"/>
        </w:rPr>
      </w:pPr>
      <w:r>
        <w:rPr>
          <w:i/>
          <w:sz w:val="20"/>
          <w:lang w:val="ru-RU"/>
        </w:rPr>
        <w:t xml:space="preserve">                             (</w:t>
      </w:r>
      <w:r w:rsidRPr="00CD62D8">
        <w:rPr>
          <w:i/>
          <w:sz w:val="20"/>
          <w:lang w:val="ru-RU"/>
        </w:rPr>
        <w:t>статья / монография / диссертация / отчет по НИР / иное (указать)</w:t>
      </w:r>
    </w:p>
    <w:p w:rsidR="00D443C3" w:rsidRDefault="00CD62D8" w:rsidP="00CD62D8">
      <w:pPr>
        <w:pStyle w:val="ae"/>
        <w:numPr>
          <w:ilvl w:val="0"/>
          <w:numId w:val="10"/>
        </w:numPr>
      </w:pPr>
      <w:r>
        <w:t>Название: ____________________________________________________________</w:t>
      </w:r>
    </w:p>
    <w:p w:rsidR="00D443C3" w:rsidRDefault="00CD62D8" w:rsidP="00CD62D8">
      <w:pPr>
        <w:pStyle w:val="ae"/>
        <w:numPr>
          <w:ilvl w:val="0"/>
          <w:numId w:val="10"/>
        </w:numPr>
      </w:pPr>
      <w:r>
        <w:t>Объем (</w:t>
      </w:r>
      <w:r>
        <w:t>страниц): ____________________________________________________</w:t>
      </w:r>
    </w:p>
    <w:p w:rsidR="00D443C3" w:rsidRDefault="00CD62D8" w:rsidP="00CD62D8">
      <w:pPr>
        <w:pStyle w:val="ae"/>
        <w:numPr>
          <w:ilvl w:val="0"/>
          <w:numId w:val="10"/>
        </w:numPr>
      </w:pPr>
      <w:r>
        <w:t>Автор(ы): ____________________________________________________________,</w:t>
      </w:r>
    </w:p>
    <w:p w:rsidR="00D443C3" w:rsidRPr="00CD62D8" w:rsidRDefault="00CD62D8">
      <w:pPr>
        <w:ind w:firstLine="709"/>
        <w:jc w:val="both"/>
        <w:rPr>
          <w:lang w:val="ru-RU"/>
        </w:rPr>
      </w:pPr>
      <w:r w:rsidRPr="00CD62D8">
        <w:rPr>
          <w:lang w:val="ru-RU"/>
        </w:rPr>
        <w:t>в</w:t>
      </w:r>
      <w:r w:rsidRPr="00CD62D8">
        <w:rPr>
          <w:lang w:val="ru-RU"/>
        </w:rPr>
        <w:t xml:space="preserve"> соответствии с действующим законодательством, даю согласие федеральному государственному бюджетному образовательному уч</w:t>
      </w:r>
      <w:r w:rsidRPr="00CD62D8">
        <w:rPr>
          <w:lang w:val="ru-RU"/>
        </w:rPr>
        <w:t>реждению высшего образования «Российский государственный педагогический университет им. А. И. Герцена», находящемуся по адресу: Санкт-Петербург, наб. р. Мойки, д. 48, 191186, на обработку моих персональных данных (любое действие (операция) или совокупность</w:t>
      </w:r>
      <w:r w:rsidRPr="00CD62D8">
        <w:rPr>
          <w:lang w:val="ru-RU"/>
        </w:rPr>
        <w:t xml:space="preserve">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</w:t>
      </w:r>
      <w:r w:rsidRPr="00CD62D8">
        <w:rPr>
          <w:lang w:val="ru-RU"/>
        </w:rPr>
        <w:t>обезличивание, блокирование, удаление, уничтожение персональных данных), а именно: фамилия, имя, отчество; дата рождения; контактный телефон; контактный адрес электронной почты; место работы (учебы), должность, ученая степень, ученое звание, адрес и контак</w:t>
      </w:r>
      <w:r w:rsidRPr="00CD62D8">
        <w:rPr>
          <w:lang w:val="ru-RU"/>
        </w:rPr>
        <w:t>тные данные организации.</w:t>
      </w:r>
    </w:p>
    <w:p w:rsidR="00D443C3" w:rsidRPr="00CD62D8" w:rsidRDefault="00CD62D8">
      <w:pPr>
        <w:ind w:firstLine="709"/>
        <w:jc w:val="both"/>
        <w:rPr>
          <w:lang w:val="ru-RU"/>
        </w:rPr>
      </w:pPr>
      <w:r w:rsidRPr="00CD62D8">
        <w:rPr>
          <w:lang w:val="ru-RU"/>
        </w:rPr>
        <w:t>Настоящее согласие действует со дня подписания и до момента истечения необходимости обработки персональных данных.</w:t>
      </w:r>
    </w:p>
    <w:p w:rsidR="00D443C3" w:rsidRPr="00CD62D8" w:rsidRDefault="00CD62D8">
      <w:pPr>
        <w:spacing w:after="160"/>
        <w:ind w:firstLine="709"/>
        <w:jc w:val="both"/>
        <w:rPr>
          <w:lang w:val="ru-RU"/>
        </w:rPr>
      </w:pPr>
      <w:r w:rsidRPr="00CD62D8">
        <w:rPr>
          <w:lang w:val="ru-RU"/>
        </w:rPr>
        <w:t>Согласие может быть отозвано в любой момент посредством направления письменного заявления в адрес федерального госуд</w:t>
      </w:r>
      <w:r w:rsidRPr="00CD62D8">
        <w:rPr>
          <w:lang w:val="ru-RU"/>
        </w:rPr>
        <w:t>арственного бюджетного образовательного учреждения высшего образования «Российский государственный педагогический университет им. А. И. Герцена» (оператора). Заявление должно содержать номер документа, удостоверяющего личность субъекта персональных данных,</w:t>
      </w:r>
      <w:r w:rsidRPr="00CD62D8">
        <w:rPr>
          <w:lang w:val="ru-RU"/>
        </w:rPr>
        <w:t xml:space="preserve"> сведения о дате выдачи указанного документа и выдавшем его органе.</w:t>
      </w:r>
    </w:p>
    <w:p w:rsidR="00D443C3" w:rsidRPr="00CD62D8" w:rsidRDefault="00CD62D8">
      <w:pPr>
        <w:keepNext/>
        <w:spacing w:after="160"/>
        <w:rPr>
          <w:lang w:val="ru-RU"/>
        </w:rPr>
      </w:pPr>
      <w:r w:rsidRPr="00CD62D8">
        <w:rPr>
          <w:b/>
          <w:lang w:val="ru-RU"/>
        </w:rPr>
        <w:t>Подпись субъекта персональных данных с расшифровкой:</w:t>
      </w:r>
    </w:p>
    <w:p w:rsidR="00D443C3" w:rsidRDefault="00CD62D8">
      <w:pPr>
        <w:spacing w:after="120"/>
      </w:pPr>
      <w:r>
        <w:t>_________________________________________________</w:t>
      </w:r>
    </w:p>
    <w:p w:rsidR="00D443C3" w:rsidRDefault="00CD62D8">
      <w:r>
        <w:rPr>
          <w:b/>
        </w:rPr>
        <w:t>Дата: ______________________</w:t>
      </w:r>
    </w:p>
    <w:sectPr w:rsidR="00D443C3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AC441C"/>
    <w:multiLevelType w:val="hybridMultilevel"/>
    <w:tmpl w:val="492EE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D62D8"/>
    <w:rsid w:val="00D443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B18A44"/>
  <w14:defaultImageDpi w14:val="300"/>
  <w15:docId w15:val="{3CEFC2D7-425D-4978-A5DD-99F23621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12BD88-8024-47DB-B3A9-29EF2E642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4. Согласие на обработку персональных данных</vt:lpstr>
      <vt:lpstr/>
    </vt:vector>
  </TitlesOfParts>
  <Manager/>
  <Company/>
  <LinksUpToDate>false</LinksUpToDate>
  <CharactersWithSpaces>2766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4. Согласие на обработку персональных данных</dc:title>
  <dc:subject/>
  <dc:creator>svet</dc:creator>
  <cp:keywords/>
  <dc:description>generated by python-docx</dc:description>
  <cp:lastModifiedBy>svet</cp:lastModifiedBy>
  <cp:revision>2</cp:revision>
  <dcterms:created xsi:type="dcterms:W3CDTF">2026-09-07T14:39:00Z</dcterms:created>
  <dcterms:modified xsi:type="dcterms:W3CDTF">2026-09-07T14:39:00Z</dcterms:modified>
  <cp:category/>
</cp:coreProperties>
</file>